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דמויות המערכון ואת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המרכזי על אור ואומץ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והבעה בעזרת קטעי 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פכית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נמרץ, מתבלבל ומדבר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בהתחלה הוא חושב שהוא קטן מדי ולא יצליח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(ביישן וחושב שהוא קטן מדי כדי לעזור)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 וחכמה, מדליקה את כל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(נמרץ, מסתובב ומתבלבל, 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(מכירה את סיפור הנס מבפנים)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ידליק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זה שצריך להידלק 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את סיפור פך השמן בבית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שמשית מראה לנרי נר קטן דולק בחלון ממול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שמשית ופכית, דרך דברים ומבט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נר קטן מדי, אומץ זה לנסות גם כשמפחיד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אור קטן יכול להאיר ולשנות הרבה, גם מול חושך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תפקידים ולקרוא את המערכון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בקטעי המקהלה כדאי לחלק את הכיתה לקבוצה א', קבוצה ב' וסולן/סולנית ולתרגל קריאה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המשימה הפתוחה כדאי לתת דוגמה קצרה משלכם כדי להמחיש את הרעיון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מערכון וקריאות במקהלה - הנר שחשב שהוא קטן מדי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במערכון 'הנר שחשב שהוא קטן מדי' פוגשים ארבע דמויות שחוגגות את ליל חנוכה הראשון, ולומדים שגם אור קטן יכול לדחות הרבה 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נרי  ·  פכית  ·  שמשית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המערכון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הנר הקטן ביותר בקופסה?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מדליקה את הנרים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מספרת על פך השמן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הוא דמות רגועה ושקטה שמדברת לאט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שהדליקו את הנרות למרות שהיה מעט 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נרי בטוח מההתחלה שהוא יצליח להאיר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השמש שתפקידה להדליק את כל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הנר הקטן ביותר בקופסה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הוא פך שמן קטן ועתיק שמכיר את הסיפור מבפנים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נמרץ, מסתובב ומתבלבל, מדבר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ביישן וחושב שהוא קטן מדי כדי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מכירה את סיפור הנס מבפנים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רגועה וחכמה, מדליקה את כל הנרות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את סיפור פך השמן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נכנס מסתובב ושואל מי ידליק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שמשית מראה לנרי נר קטן דולק בחלון ממול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נרי מגלה שהוא זה שצריך להידלק ראשון ומפחד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עוזר לנרי להבין שגם אור קטן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המסר המרכזי של המערכון?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מערכון וקריאות במקהלה - הנר שחשב שהוא קטן מדי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