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מערכון וקריאות במקהלה - הנר שחשב שהוא קטן מדי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דמויות המערכון ואת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המסר המרכזי על אור ואומץ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והבעה בעזרת קטעי מקהלה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המערכון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נר קטן דולק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סביבוני נמרץ, מתבלבל ומדבר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 פך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בהתחלה הוא חושב שהוא קטן מדי ולא יצליח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המסר המפורש בסוף המערכון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שמשית אומרת שאומץ הוא לנסות למרות הפחד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(ביישן וחושב שהוא קטן מדי כדי לעזור)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(רגועה וחכמה, מדליקה את כל הנרות)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(נמרץ, מסתובב ומתבלבל, מדבר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(מכירה את סיפור הנס מבפנים)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סביבוני נכנס מסתובב ושואל מי ידליק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נרי מגלה שהוא זה שצריך להידלק ראשון ומפחד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פכית מספרת את סיפור פך השמן בבית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שמשית מראה לנרי נר קטן דולק בחלון ממול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נרי מסכים לנסות למרות הפחד ונדלק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כולם פונים לקהל ושואלים איזה נר הם מדליקים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דוגמה אישית, יקשר אותה לרעיון שגם מעשה קטן חשוב, וינסח בבירור את הקשר למסר המערכון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שמשית ופכית, דרך דברים ומבט בחלון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נר קטן מדי, אומץ זה לנסות גם כשמפחיד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גם אור קטן יכול להאיר ולשנות הרבה, גם מול חושך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תפקידים ולקרוא את המערכון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בקטעי המקהלה כדאי לחלק את הכיתה לקבוצה א', קבוצה ב' וסולן/סולנית ולתרגל קריאה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המשימה הפתוחה כדאי לתת דוגמה קצרה משלכם כדי להמחיש את הרעיון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מערכון וקריאות במקהלה - הנר שחשב שהוא קטן מדי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מערכון קצר על נר קטן שפוחד להידלק. הוא לומד שגם אור קטן חשוב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שמשחק תפקיד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תפאורה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נראית הבמה בהצגה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שקוראת או שרה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סולן/סולנית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שקורא או שר לבד, לא עם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קריאה במקהלה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של טקסט בקבוצה, בקול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שרוצים להעביר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למרות הפחד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ולא לחשוב רק על עצמך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המערכון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דמות היא הנר הכי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מדליקה את 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מכירה את סיפור הנס?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סביבוני אומר שכתוב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גדול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חנוכה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ימים דלק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נרי רואה בחלון?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חושך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 קטן דולק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סביבון מסתובב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פך שמן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סביבוני הוא דמות רגועה ושקטה שמדברת לאט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פכית מספרת שהדליקו את הנרות למרות שהיה מעט שמן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נרי בטוח מההתחלה שהוא יצליח להאיר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המסר של המערכון, אין נר קטן מדי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שמשית אומרת שאומץ הוא לא לפחד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השמש שתפקידה להדליק את כל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הנר הקטן ביותר בקופסה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הוא פך שמן קטן ועתיק שמכיר את הסיפור מבפנים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הדמות שמסתובבת כל הזמן ומתבלבלת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לפי המסר, אור לא נמדד בסנטימטרים אלא במי ש__________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מכירה את סיפור הנס מבפנים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נמרץ, מסתובב ומתבלבל, מדבר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ביישן וחושב שהוא קטן מדי כדי לעזור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רגועה וחכמה, מדליקה את כל הנרות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שמשית מראה לנרי נר קטן דולק בחלון ממול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פכית מספרת את סיפור פך השמן בבית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פונים לקהל ושואלים איזה נר הם מדליקים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נרי מסכים לנסות למרות הפחד ונדלק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נרי מגלה שהוא זה שצריך להידלק ראשון ומפחד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סביבוני נכנס מסתובב ושואל מי ידליק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בהשראת המערכון, כתבו פיסקה קצרה: איזה 'נר' אתם מדליקים בחיים שלכם - מעשה קטן שעוזר לאחרים או לעצמכם, גם כשקצת מפחיד?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עוזר לנרי להבין שגם אור קטן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המסר המרכזי של המערכון?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המשפט 'מעט אור דוחה הרבה חושך'?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מערכון וקריאות במקהלה - הנר שחשב שהוא קטן מדי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