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דמויות המערכון ואת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המרכזי על אור ואומץ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קטעי 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נר קטן דולק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בהתחלה הוא חושב שהוא קטן מדי ולא יצליח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המסר המפורש בסוף המערכון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שמשית אומרת שאומץ הוא לנסות למרות הפחד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(ביישן וחושב שהוא קטן מדי כדי לעזור)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(רגועה וחכמה, מדליקה את כל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(נמרץ, מסתובב ומתבלבל, 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(מכירה את סיפור הנס מבפנים)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ידליק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זה שצריך להידלק 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את סיפור פך השמן בבית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שמשית מראה לנרי נר קטן דולק בחלון ממול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נרי מסכים לנסות למרות הפחד ונדלק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פונים לקהל ושואלים איזה נר הם מדליקים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דוגמה אישית, יקשר אותה לרעיון שגם מעשה קטן חשוב, וינסח בבירור את הקשר למסר המערכון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שמשית ופכית, דרך דברים ומבט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נר קטן מדי, אומץ זה לנסות גם כשמפחיד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אור קטן יכול להאיר ולשנות הרבה, גם מול חושך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תפקידים ולקרוא את המערכון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בקטעי המקהלה כדאי לחלק את הכיתה לקבוצה א', קבוצה ב' וסולן/סולנית ולתרגל קריאה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המשימה הפתוחה כדאי לתת דוגמה קצרה משלכם כדי להמחיש את הרעיון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במערכון 'הנר שחשב שהוא קטן מדי' פוגשים ארבע דמויות שחוגגות את ליל חנוכה הראשון, ולומדים שגם אור קטן יכול לדחות הרבה חושך.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המערכון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הנר הקטן ביותר בקופסה?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מדליקה את הנרים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מספרת על פך השמן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על צדו של הסביבון, לפי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גדול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דלק השמן בבית המקדש, לפי פכית?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רואה נרי בחלון ממול שעוזר לו להבין משהו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חושך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קטן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סביבון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פך שמן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ושקטה שמדברת לאט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שהדליקו את הנרות למרות שהיה מעט 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בטוח מההתחלה שהוא יצליח להאיר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המסר של המערכון, אין נר קטן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שמשית אומרת שאומץ הוא לא לפחד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השמש שתפקידה להדליק את כל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הקטן ביותר בקופסה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פך שמן קטן ועתיק שמכיר את הסיפור מבפנים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הדמות שמסתובבת כל הזמן ומתבלבלת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המסר, אור לא נמדד בסנטימטרים אלא במי ש__________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רגועה וחכמה, מדליקה את כל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ביישן וחושב שהוא קטן מדי כדי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מכירה את סיפור הנס מבפנים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נמרץ, מסתובב ומתבלבל, מדבר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מגלה שהוא זה שצריך להידלק ראשון ומפחד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פונים לקהל ושואלים איזה נר הם מדליקים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מסכים לנסות למרות הפחד ונדלק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את סיפור פך השמן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שמשית מראה לנרי נר קטן דולק בחלון ממול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נכנס מסתובב ושואל מי ידליק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בהשראת המערכון, כתבו פיסקה קצרה: איזה 'נר' אתם מדליקים בחיים שלכם - מעשה קטן שעוזר לאחרים או לעצמכם, גם כשקצת מפחיד?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לנרי להבין שגם אור קטן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המרכזי של המערכון?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'מעט אור דוחה הרבה 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מערכון וקריאות במקהלה - הנר שחשב שהוא קטן מדי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